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A7D8" w14:textId="77777777" w:rsidR="00F8627C" w:rsidRPr="00F8627C" w:rsidRDefault="00F8627C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5812"/>
        <w:gridCol w:w="2552"/>
        <w:gridCol w:w="2835"/>
      </w:tblGrid>
      <w:tr w:rsidR="00F8627C" w:rsidRPr="00B57793" w14:paraId="0C493803" w14:textId="77777777" w:rsidTr="00F8627C">
        <w:trPr>
          <w:trHeight w:val="304"/>
        </w:trPr>
        <w:tc>
          <w:tcPr>
            <w:tcW w:w="11199" w:type="dxa"/>
            <w:gridSpan w:val="3"/>
            <w:shd w:val="clear" w:color="auto" w:fill="BFBFBF" w:themeFill="background1" w:themeFillShade="BF"/>
          </w:tcPr>
          <w:p w14:paraId="45BD5A97" w14:textId="0AAF1025" w:rsidR="00F8627C" w:rsidRPr="00B57793" w:rsidRDefault="00F8627C">
            <w:pPr>
              <w:pStyle w:val="Heading2"/>
              <w:rPr>
                <w:rFonts w:ascii="Tahoma" w:hAnsi="Tahoma" w:cs="Tahoma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Family Information</w:t>
            </w:r>
          </w:p>
        </w:tc>
      </w:tr>
      <w:tr w:rsidR="00F8627C" w:rsidRPr="00B57793" w14:paraId="5F9E841F" w14:textId="1C83BE56" w:rsidTr="00FA0D57">
        <w:trPr>
          <w:trHeight w:val="20"/>
        </w:trPr>
        <w:tc>
          <w:tcPr>
            <w:tcW w:w="5812" w:type="dxa"/>
          </w:tcPr>
          <w:p w14:paraId="6FF686CE" w14:textId="4EB9A07A" w:rsidR="00F8627C" w:rsidRPr="00B57793" w:rsidRDefault="00F8627C">
            <w:pPr>
              <w:pStyle w:val="Heading2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Last Name:</w:t>
            </w:r>
          </w:p>
        </w:tc>
        <w:tc>
          <w:tcPr>
            <w:tcW w:w="5387" w:type="dxa"/>
            <w:gridSpan w:val="2"/>
          </w:tcPr>
          <w:p w14:paraId="0529A51D" w14:textId="2434357B" w:rsidR="00F8627C" w:rsidRPr="00B57793" w:rsidRDefault="00F8627C" w:rsidP="00F8627C">
            <w:pPr>
              <w:pStyle w:val="Heading2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First Name:</w:t>
            </w:r>
          </w:p>
        </w:tc>
      </w:tr>
      <w:tr w:rsidR="00B57793" w:rsidRPr="00B57793" w14:paraId="212C72BD" w14:textId="77777777" w:rsidTr="00F8627C">
        <w:trPr>
          <w:trHeight w:val="113"/>
        </w:trPr>
        <w:tc>
          <w:tcPr>
            <w:tcW w:w="11199" w:type="dxa"/>
            <w:gridSpan w:val="3"/>
          </w:tcPr>
          <w:p w14:paraId="5F3F79B1" w14:textId="78BC763D" w:rsidR="00F8627C" w:rsidRPr="00B57793" w:rsidRDefault="00F8627C">
            <w:pPr>
              <w:pStyle w:val="Heading2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Street Address:</w:t>
            </w:r>
          </w:p>
        </w:tc>
      </w:tr>
      <w:tr w:rsidR="00F8627C" w:rsidRPr="00B57793" w14:paraId="7D005CF3" w14:textId="3BD22665" w:rsidTr="00FA0D57">
        <w:trPr>
          <w:trHeight w:val="20"/>
        </w:trPr>
        <w:tc>
          <w:tcPr>
            <w:tcW w:w="5812" w:type="dxa"/>
          </w:tcPr>
          <w:p w14:paraId="413A84AB" w14:textId="29B58630" w:rsidR="00F8627C" w:rsidRPr="00B57793" w:rsidRDefault="00F8627C" w:rsidP="00F8627C">
            <w:pPr>
              <w:pStyle w:val="Heading2"/>
              <w:ind w:right="-2445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City:</w:t>
            </w:r>
          </w:p>
        </w:tc>
        <w:tc>
          <w:tcPr>
            <w:tcW w:w="2552" w:type="dxa"/>
          </w:tcPr>
          <w:p w14:paraId="4619BFDC" w14:textId="09097DDB" w:rsidR="00F8627C" w:rsidRPr="00B57793" w:rsidRDefault="00F8627C" w:rsidP="00F8627C">
            <w:pPr>
              <w:pStyle w:val="Heading2"/>
              <w:ind w:right="-2445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Prov:</w:t>
            </w:r>
          </w:p>
        </w:tc>
        <w:tc>
          <w:tcPr>
            <w:tcW w:w="2835" w:type="dxa"/>
          </w:tcPr>
          <w:p w14:paraId="0817C0DE" w14:textId="75260583" w:rsidR="00F8627C" w:rsidRPr="00B57793" w:rsidRDefault="00F8627C" w:rsidP="00F8627C">
            <w:pPr>
              <w:pStyle w:val="Heading2"/>
              <w:ind w:right="-2445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Postal:</w:t>
            </w:r>
          </w:p>
        </w:tc>
      </w:tr>
      <w:tr w:rsidR="00F8627C" w:rsidRPr="00B57793" w14:paraId="6FC67FCD" w14:textId="3480FFA4" w:rsidTr="00B57793">
        <w:trPr>
          <w:trHeight w:val="20"/>
        </w:trPr>
        <w:tc>
          <w:tcPr>
            <w:tcW w:w="5812" w:type="dxa"/>
          </w:tcPr>
          <w:p w14:paraId="0F1D3D54" w14:textId="2D00458E" w:rsidR="00F8627C" w:rsidRPr="00B57793" w:rsidRDefault="00F8627C" w:rsidP="00F8627C">
            <w:pPr>
              <w:pStyle w:val="Heading2"/>
              <w:ind w:right="-2445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Phone #:</w:t>
            </w:r>
          </w:p>
        </w:tc>
        <w:tc>
          <w:tcPr>
            <w:tcW w:w="5387" w:type="dxa"/>
            <w:gridSpan w:val="2"/>
          </w:tcPr>
          <w:p w14:paraId="53DBFBF6" w14:textId="36987C34" w:rsidR="00F8627C" w:rsidRPr="00B57793" w:rsidRDefault="00F8627C" w:rsidP="00F8627C">
            <w:pPr>
              <w:pStyle w:val="Heading2"/>
              <w:ind w:right="-2445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E-Mail:</w:t>
            </w:r>
          </w:p>
        </w:tc>
      </w:tr>
    </w:tbl>
    <w:p w14:paraId="6819DE34" w14:textId="77777777" w:rsidR="00F8627C" w:rsidRPr="00B57793" w:rsidRDefault="00F8627C">
      <w:pPr>
        <w:pStyle w:val="Heading2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5812"/>
        <w:gridCol w:w="5387"/>
      </w:tblGrid>
      <w:tr w:rsidR="00F8627C" w:rsidRPr="00B57793" w14:paraId="09D2C040" w14:textId="77777777" w:rsidTr="00D233EC">
        <w:trPr>
          <w:trHeight w:val="304"/>
        </w:trPr>
        <w:tc>
          <w:tcPr>
            <w:tcW w:w="11199" w:type="dxa"/>
            <w:gridSpan w:val="2"/>
            <w:shd w:val="clear" w:color="auto" w:fill="BFBFBF" w:themeFill="background1" w:themeFillShade="BF"/>
          </w:tcPr>
          <w:p w14:paraId="1E3246CC" w14:textId="5B8DF81D" w:rsidR="00F8627C" w:rsidRPr="00B57793" w:rsidRDefault="00F8627C" w:rsidP="00D233EC">
            <w:pPr>
              <w:pStyle w:val="Heading2"/>
              <w:rPr>
                <w:rFonts w:ascii="Tahoma" w:hAnsi="Tahoma" w:cs="Tahoma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Emergency Contact</w:t>
            </w:r>
          </w:p>
        </w:tc>
      </w:tr>
      <w:tr w:rsidR="00F8627C" w:rsidRPr="00B57793" w14:paraId="5D9ADFCC" w14:textId="77777777" w:rsidTr="00B57793">
        <w:trPr>
          <w:trHeight w:val="20"/>
        </w:trPr>
        <w:tc>
          <w:tcPr>
            <w:tcW w:w="5812" w:type="dxa"/>
          </w:tcPr>
          <w:p w14:paraId="75261D4E" w14:textId="17E0A3D4" w:rsidR="00F8627C" w:rsidRPr="00B57793" w:rsidRDefault="00F8627C" w:rsidP="00D233EC">
            <w:pPr>
              <w:pStyle w:val="Heading2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Name:</w:t>
            </w:r>
          </w:p>
        </w:tc>
        <w:tc>
          <w:tcPr>
            <w:tcW w:w="5387" w:type="dxa"/>
          </w:tcPr>
          <w:p w14:paraId="523F332B" w14:textId="075C672C" w:rsidR="00F8627C" w:rsidRPr="00B57793" w:rsidRDefault="00F8627C" w:rsidP="00D233EC">
            <w:pPr>
              <w:pStyle w:val="Heading2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Phone #:</w:t>
            </w:r>
          </w:p>
        </w:tc>
      </w:tr>
    </w:tbl>
    <w:p w14:paraId="563497EC" w14:textId="77777777" w:rsidR="00F8627C" w:rsidRPr="00B57793" w:rsidRDefault="00F8627C">
      <w:pPr>
        <w:pStyle w:val="Heading2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7797"/>
        <w:gridCol w:w="3402"/>
      </w:tblGrid>
      <w:tr w:rsidR="00192DCF" w:rsidRPr="00B57793" w14:paraId="1FF5E5ED" w14:textId="77777777" w:rsidTr="00D233EC">
        <w:trPr>
          <w:trHeight w:val="304"/>
        </w:trPr>
        <w:tc>
          <w:tcPr>
            <w:tcW w:w="11199" w:type="dxa"/>
            <w:gridSpan w:val="2"/>
            <w:shd w:val="clear" w:color="auto" w:fill="BFBFBF" w:themeFill="background1" w:themeFillShade="BF"/>
          </w:tcPr>
          <w:p w14:paraId="335A081C" w14:textId="05EE43C0" w:rsidR="00192DCF" w:rsidRPr="00B57793" w:rsidRDefault="00192DCF" w:rsidP="00D233EC">
            <w:pPr>
              <w:pStyle w:val="Heading2"/>
              <w:rPr>
                <w:rFonts w:ascii="Tahoma" w:hAnsi="Tahoma" w:cs="Tahoma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Scheduling Preferences – </w:t>
            </w: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Preferred Lesson Times [please list three (3) options]</w:t>
            </w:r>
          </w:p>
        </w:tc>
      </w:tr>
      <w:tr w:rsidR="00192DCF" w:rsidRPr="00B57793" w14:paraId="730B7189" w14:textId="77777777" w:rsidTr="00192DCF">
        <w:trPr>
          <w:trHeight w:val="20"/>
        </w:trPr>
        <w:tc>
          <w:tcPr>
            <w:tcW w:w="7797" w:type="dxa"/>
          </w:tcPr>
          <w:p w14:paraId="37828113" w14:textId="39B40C1D" w:rsidR="00192DCF" w:rsidRPr="00B57793" w:rsidRDefault="00192DCF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Day of Week:                                                         Time:</w:t>
            </w:r>
          </w:p>
        </w:tc>
        <w:tc>
          <w:tcPr>
            <w:tcW w:w="3402" w:type="dxa"/>
          </w:tcPr>
          <w:p w14:paraId="249E96C9" w14:textId="13CE3E72" w:rsidR="00192DCF" w:rsidRPr="00B57793" w:rsidRDefault="00192DCF" w:rsidP="00D233EC">
            <w:pPr>
              <w:pStyle w:val="Heading2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In person</w:t>
            </w:r>
            <w:r w:rsidRPr="00B57793">
              <w:rPr>
                <w:rFonts w:ascii="Tahoma" w:hAnsi="Tahoma" w:cs="Tahoma"/>
                <w:color w:val="000000" w:themeColor="text1"/>
                <w:sz w:val="44"/>
                <w:szCs w:val="44"/>
              </w:rPr>
              <w:t xml:space="preserve"> </w:t>
            </w:r>
            <w:proofErr w:type="gramStart"/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 </w:t>
            </w: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On</w:t>
            </w:r>
            <w:proofErr w:type="gramEnd"/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-line</w:t>
            </w:r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</w:p>
        </w:tc>
      </w:tr>
      <w:tr w:rsidR="00192DCF" w:rsidRPr="00B57793" w14:paraId="676F0F5F" w14:textId="77777777" w:rsidTr="00192DCF">
        <w:trPr>
          <w:trHeight w:val="20"/>
        </w:trPr>
        <w:tc>
          <w:tcPr>
            <w:tcW w:w="7797" w:type="dxa"/>
          </w:tcPr>
          <w:p w14:paraId="190F90C7" w14:textId="7CF0C161" w:rsidR="00192DCF" w:rsidRPr="00B57793" w:rsidRDefault="00192DCF" w:rsidP="00192DCF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Day of Week:                                                         Time:</w:t>
            </w:r>
          </w:p>
        </w:tc>
        <w:tc>
          <w:tcPr>
            <w:tcW w:w="3402" w:type="dxa"/>
          </w:tcPr>
          <w:p w14:paraId="0531ED73" w14:textId="2C94614C" w:rsidR="00192DCF" w:rsidRPr="00B57793" w:rsidRDefault="00192DCF" w:rsidP="00192DCF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In person</w:t>
            </w:r>
            <w:r w:rsidRPr="00B57793">
              <w:rPr>
                <w:rFonts w:ascii="Tahoma" w:hAnsi="Tahoma" w:cs="Tahoma"/>
                <w:color w:val="000000" w:themeColor="text1"/>
                <w:sz w:val="44"/>
                <w:szCs w:val="44"/>
              </w:rPr>
              <w:t xml:space="preserve"> </w:t>
            </w:r>
            <w:proofErr w:type="gramStart"/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 </w:t>
            </w: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On</w:t>
            </w:r>
            <w:proofErr w:type="gramEnd"/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-line</w:t>
            </w:r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</w:p>
        </w:tc>
      </w:tr>
      <w:tr w:rsidR="00192DCF" w:rsidRPr="00B57793" w14:paraId="293B6AEC" w14:textId="77777777" w:rsidTr="00192DCF">
        <w:trPr>
          <w:trHeight w:val="20"/>
        </w:trPr>
        <w:tc>
          <w:tcPr>
            <w:tcW w:w="7797" w:type="dxa"/>
          </w:tcPr>
          <w:p w14:paraId="69B50BDC" w14:textId="04B186A1" w:rsidR="00192DCF" w:rsidRPr="00B57793" w:rsidRDefault="00192DCF" w:rsidP="00192DCF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Day of Week:                                                         Time:</w:t>
            </w:r>
          </w:p>
        </w:tc>
        <w:tc>
          <w:tcPr>
            <w:tcW w:w="3402" w:type="dxa"/>
          </w:tcPr>
          <w:p w14:paraId="6194EC55" w14:textId="114292A9" w:rsidR="00192DCF" w:rsidRPr="00B57793" w:rsidRDefault="00192DCF" w:rsidP="00192DCF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In person</w:t>
            </w:r>
            <w:r w:rsidRPr="00B57793">
              <w:rPr>
                <w:rFonts w:ascii="Tahoma" w:hAnsi="Tahoma" w:cs="Tahoma"/>
                <w:color w:val="000000" w:themeColor="text1"/>
                <w:sz w:val="44"/>
                <w:szCs w:val="44"/>
              </w:rPr>
              <w:t xml:space="preserve"> </w:t>
            </w:r>
            <w:proofErr w:type="gramStart"/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 </w:t>
            </w: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On</w:t>
            </w:r>
            <w:proofErr w:type="gramEnd"/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-line</w:t>
            </w:r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</w:p>
        </w:tc>
      </w:tr>
      <w:tr w:rsidR="00192DCF" w:rsidRPr="00B57793" w14:paraId="779518D3" w14:textId="77777777" w:rsidTr="00B57793">
        <w:trPr>
          <w:trHeight w:val="626"/>
        </w:trPr>
        <w:tc>
          <w:tcPr>
            <w:tcW w:w="11199" w:type="dxa"/>
            <w:gridSpan w:val="2"/>
          </w:tcPr>
          <w:p w14:paraId="23BF2903" w14:textId="120A80A0" w:rsidR="00192DCF" w:rsidRPr="00B57793" w:rsidRDefault="00192DCF" w:rsidP="00192DCF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Unavailable Days &amp; Times:</w:t>
            </w:r>
          </w:p>
        </w:tc>
      </w:tr>
    </w:tbl>
    <w:p w14:paraId="25F897FF" w14:textId="77777777" w:rsidR="003706C4" w:rsidRDefault="003706C4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9072"/>
        <w:gridCol w:w="2127"/>
      </w:tblGrid>
      <w:tr w:rsidR="002E1CCF" w:rsidRPr="00B57793" w14:paraId="7D0533BE" w14:textId="77777777" w:rsidTr="00D233EC">
        <w:trPr>
          <w:trHeight w:val="304"/>
        </w:trPr>
        <w:tc>
          <w:tcPr>
            <w:tcW w:w="11199" w:type="dxa"/>
            <w:gridSpan w:val="2"/>
            <w:shd w:val="clear" w:color="auto" w:fill="BFBFBF" w:themeFill="background1" w:themeFillShade="BF"/>
          </w:tcPr>
          <w:p w14:paraId="547A9078" w14:textId="77777777" w:rsidR="002E1CCF" w:rsidRPr="00B57793" w:rsidRDefault="002E1CCF" w:rsidP="00D233EC">
            <w:pPr>
              <w:pStyle w:val="Heading2"/>
              <w:rPr>
                <w:rFonts w:ascii="Tahoma" w:hAnsi="Tahoma" w:cs="Tahoma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Lesson &amp; Exam Interest</w:t>
            </w:r>
          </w:p>
        </w:tc>
      </w:tr>
      <w:tr w:rsidR="002E1CCF" w:rsidRPr="00B57793" w14:paraId="50F5655E" w14:textId="77777777" w:rsidTr="00D233EC">
        <w:trPr>
          <w:trHeight w:val="20"/>
        </w:trPr>
        <w:tc>
          <w:tcPr>
            <w:tcW w:w="9072" w:type="dxa"/>
          </w:tcPr>
          <w:p w14:paraId="4B9EEC4B" w14:textId="77777777" w:rsidR="002E1CCF" w:rsidRPr="00B57793" w:rsidRDefault="002E1CCF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Are you interested in Theory Courses during the summer 2026?</w:t>
            </w:r>
          </w:p>
        </w:tc>
        <w:tc>
          <w:tcPr>
            <w:tcW w:w="2127" w:type="dxa"/>
          </w:tcPr>
          <w:p w14:paraId="2ADBE538" w14:textId="77777777" w:rsidR="002E1CCF" w:rsidRPr="00B57793" w:rsidRDefault="002E1CCF" w:rsidP="00D233EC">
            <w:pPr>
              <w:pStyle w:val="Heading2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color w:val="000000" w:themeColor="text1"/>
                <w:sz w:val="40"/>
                <w:szCs w:val="40"/>
              </w:rPr>
              <w:t>Y</w:t>
            </w: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 </w:t>
            </w:r>
            <w:r w:rsidRPr="00B57793">
              <w:rPr>
                <w:rFonts w:ascii="Tahoma" w:hAnsi="Tahoma" w:cs="Tahoma"/>
                <w:color w:val="000000" w:themeColor="text1"/>
                <w:sz w:val="40"/>
                <w:szCs w:val="40"/>
              </w:rPr>
              <w:t>N</w:t>
            </w:r>
            <w:proofErr w:type="gramEnd"/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</w:p>
        </w:tc>
      </w:tr>
      <w:tr w:rsidR="002E1CCF" w:rsidRPr="00B57793" w14:paraId="518514F4" w14:textId="77777777" w:rsidTr="00D233EC">
        <w:trPr>
          <w:trHeight w:val="20"/>
        </w:trPr>
        <w:tc>
          <w:tcPr>
            <w:tcW w:w="9072" w:type="dxa"/>
          </w:tcPr>
          <w:p w14:paraId="713EA0AF" w14:textId="77777777" w:rsidR="002E1CCF" w:rsidRPr="00B57793" w:rsidRDefault="002E1CCF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57793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Are you interested in completely an RCM Examination in 2026</w:t>
            </w:r>
          </w:p>
        </w:tc>
        <w:tc>
          <w:tcPr>
            <w:tcW w:w="2127" w:type="dxa"/>
          </w:tcPr>
          <w:p w14:paraId="0AA75C1A" w14:textId="77777777" w:rsidR="002E1CCF" w:rsidRPr="00B57793" w:rsidRDefault="002E1CCF" w:rsidP="00D233EC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 w:rsidRPr="00B57793">
              <w:rPr>
                <w:rFonts w:ascii="Tahoma" w:hAnsi="Tahoma" w:cs="Tahoma"/>
                <w:color w:val="000000" w:themeColor="text1"/>
                <w:sz w:val="40"/>
                <w:szCs w:val="40"/>
              </w:rPr>
              <w:t>Y</w:t>
            </w: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 </w:t>
            </w:r>
            <w:r w:rsidRPr="00B57793">
              <w:rPr>
                <w:rFonts w:ascii="Tahoma" w:hAnsi="Tahoma" w:cs="Tahoma"/>
                <w:color w:val="000000" w:themeColor="text1"/>
                <w:sz w:val="40"/>
                <w:szCs w:val="40"/>
              </w:rPr>
              <w:t>N</w:t>
            </w:r>
            <w:proofErr w:type="gramEnd"/>
            <w:r w:rsidRPr="00B57793">
              <w:rPr>
                <w:rFonts w:ascii="Wingdings" w:hAnsi="Wingdings" w:cs="Wingdings"/>
                <w:sz w:val="44"/>
                <w:szCs w:val="44"/>
              </w:rPr>
              <w:t></w:t>
            </w:r>
          </w:p>
        </w:tc>
      </w:tr>
    </w:tbl>
    <w:p w14:paraId="0630855E" w14:textId="77777777" w:rsidR="00B57793" w:rsidRPr="00F8627C" w:rsidRDefault="00B57793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6663"/>
        <w:gridCol w:w="4536"/>
      </w:tblGrid>
      <w:tr w:rsidR="00192DCF" w:rsidRPr="00F8627C" w14:paraId="1388A433" w14:textId="77777777" w:rsidTr="00FA0D57">
        <w:trPr>
          <w:trHeight w:val="340"/>
        </w:trPr>
        <w:tc>
          <w:tcPr>
            <w:tcW w:w="11199" w:type="dxa"/>
            <w:gridSpan w:val="2"/>
            <w:shd w:val="clear" w:color="auto" w:fill="BFBFBF" w:themeFill="background1" w:themeFillShade="BF"/>
          </w:tcPr>
          <w:p w14:paraId="45100B27" w14:textId="44E17B63" w:rsidR="00192DCF" w:rsidRPr="00F8627C" w:rsidRDefault="00192DCF" w:rsidP="00D233EC">
            <w:pPr>
              <w:pStyle w:val="Heading2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lastRenderedPageBreak/>
              <w:t>Student Information</w:t>
            </w:r>
            <w:r w:rsidR="00FA0D57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– </w:t>
            </w:r>
            <w:r w:rsidR="00FA0D57"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Student 1</w:t>
            </w:r>
          </w:p>
        </w:tc>
      </w:tr>
      <w:tr w:rsidR="00192DCF" w:rsidRPr="00F8627C" w14:paraId="4ACEADF7" w14:textId="77777777" w:rsidTr="00FA0D57">
        <w:trPr>
          <w:trHeight w:val="20"/>
        </w:trPr>
        <w:tc>
          <w:tcPr>
            <w:tcW w:w="6663" w:type="dxa"/>
          </w:tcPr>
          <w:p w14:paraId="7C0FE183" w14:textId="387DDE40" w:rsidR="00192DCF" w:rsidRPr="00F8627C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Name:</w:t>
            </w:r>
            <w:r w:rsidR="00192DCF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                                                         </w:t>
            </w:r>
          </w:p>
        </w:tc>
        <w:tc>
          <w:tcPr>
            <w:tcW w:w="4536" w:type="dxa"/>
          </w:tcPr>
          <w:p w14:paraId="084B4625" w14:textId="4A718628" w:rsidR="00192DCF" w:rsidRPr="00FA0D57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Current Leve:</w:t>
            </w:r>
          </w:p>
        </w:tc>
      </w:tr>
      <w:tr w:rsidR="00192DCF" w:rsidRPr="00F8627C" w14:paraId="7B2B971A" w14:textId="77777777" w:rsidTr="00FA0D57">
        <w:trPr>
          <w:trHeight w:val="20"/>
        </w:trPr>
        <w:tc>
          <w:tcPr>
            <w:tcW w:w="6663" w:type="dxa"/>
          </w:tcPr>
          <w:p w14:paraId="75F4C33B" w14:textId="2D1B31EE" w:rsidR="00192DCF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Student</w:t>
            </w: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 E-mail:</w:t>
            </w:r>
          </w:p>
        </w:tc>
        <w:tc>
          <w:tcPr>
            <w:tcW w:w="4536" w:type="dxa"/>
          </w:tcPr>
          <w:p w14:paraId="49F29ADB" w14:textId="605DCFF6" w:rsidR="00192DCF" w:rsidRPr="00F8627C" w:rsidRDefault="00FA0D57" w:rsidP="00D233EC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Lesson Length [30/45/60min]:</w:t>
            </w:r>
          </w:p>
        </w:tc>
      </w:tr>
      <w:tr w:rsidR="00FA0D57" w:rsidRPr="00F8627C" w14:paraId="3F06AD8F" w14:textId="77777777" w:rsidTr="00FA0D57">
        <w:trPr>
          <w:trHeight w:val="454"/>
        </w:trPr>
        <w:tc>
          <w:tcPr>
            <w:tcW w:w="11199" w:type="dxa"/>
            <w:gridSpan w:val="2"/>
          </w:tcPr>
          <w:p w14:paraId="7C46B124" w14:textId="6FD1702A" w:rsidR="00FA0D57" w:rsidRPr="00FA0D57" w:rsidRDefault="00FA0D57" w:rsidP="00FA0D57">
            <w:pPr>
              <w:pStyle w:val="Heading2"/>
              <w:rPr>
                <w:rFonts w:ascii="Tahoma" w:hAnsi="Tahoma" w:cs="Tahoma"/>
                <w:b w:val="0"/>
                <w:bCs w:val="0"/>
                <w:color w:val="auto"/>
                <w:sz w:val="24"/>
                <w:szCs w:val="24"/>
              </w:rPr>
            </w:pPr>
            <w:r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Desired Student Username [if 12+]:</w:t>
            </w:r>
          </w:p>
        </w:tc>
      </w:tr>
    </w:tbl>
    <w:p w14:paraId="29E96893" w14:textId="77777777" w:rsidR="003706C4" w:rsidRPr="00B57793" w:rsidRDefault="003706C4">
      <w:pPr>
        <w:rPr>
          <w:rFonts w:ascii="Tahoma" w:hAnsi="Tahoma" w:cs="Tahoma"/>
          <w:sz w:val="2"/>
          <w:szCs w:val="2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6663"/>
        <w:gridCol w:w="4536"/>
      </w:tblGrid>
      <w:tr w:rsidR="00FA0D57" w:rsidRPr="00F8627C" w14:paraId="4876600E" w14:textId="77777777" w:rsidTr="00D233EC">
        <w:trPr>
          <w:trHeight w:val="340"/>
        </w:trPr>
        <w:tc>
          <w:tcPr>
            <w:tcW w:w="11199" w:type="dxa"/>
            <w:gridSpan w:val="2"/>
            <w:shd w:val="clear" w:color="auto" w:fill="BFBFBF" w:themeFill="background1" w:themeFillShade="BF"/>
          </w:tcPr>
          <w:p w14:paraId="2A779405" w14:textId="2F3434F3" w:rsidR="00FA0D57" w:rsidRPr="00F8627C" w:rsidRDefault="00FA0D57" w:rsidP="00D233EC">
            <w:pPr>
              <w:pStyle w:val="Heading2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Student Information – </w:t>
            </w:r>
            <w:r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Student </w:t>
            </w: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2</w:t>
            </w:r>
          </w:p>
        </w:tc>
      </w:tr>
      <w:tr w:rsidR="00FA0D57" w:rsidRPr="00FA0D57" w14:paraId="34AA565F" w14:textId="77777777" w:rsidTr="00D233EC">
        <w:trPr>
          <w:trHeight w:val="20"/>
        </w:trPr>
        <w:tc>
          <w:tcPr>
            <w:tcW w:w="6663" w:type="dxa"/>
          </w:tcPr>
          <w:p w14:paraId="004FC392" w14:textId="77777777" w:rsidR="00FA0D57" w:rsidRPr="00F8627C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Name:                                                         </w:t>
            </w:r>
          </w:p>
        </w:tc>
        <w:tc>
          <w:tcPr>
            <w:tcW w:w="4536" w:type="dxa"/>
          </w:tcPr>
          <w:p w14:paraId="0F0E5A49" w14:textId="77777777" w:rsidR="00FA0D57" w:rsidRPr="00FA0D57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Current Leve:</w:t>
            </w:r>
          </w:p>
        </w:tc>
      </w:tr>
      <w:tr w:rsidR="00FA0D57" w:rsidRPr="00F8627C" w14:paraId="6F993B18" w14:textId="77777777" w:rsidTr="00D233EC">
        <w:trPr>
          <w:trHeight w:val="20"/>
        </w:trPr>
        <w:tc>
          <w:tcPr>
            <w:tcW w:w="6663" w:type="dxa"/>
          </w:tcPr>
          <w:p w14:paraId="05C05709" w14:textId="77777777" w:rsidR="00FA0D57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Student</w:t>
            </w: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 E-mail:</w:t>
            </w:r>
          </w:p>
        </w:tc>
        <w:tc>
          <w:tcPr>
            <w:tcW w:w="4536" w:type="dxa"/>
          </w:tcPr>
          <w:p w14:paraId="3ED795C3" w14:textId="77777777" w:rsidR="00FA0D57" w:rsidRPr="00F8627C" w:rsidRDefault="00FA0D57" w:rsidP="00D233EC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Lesson Length [30/45/60min]:</w:t>
            </w:r>
          </w:p>
        </w:tc>
      </w:tr>
      <w:tr w:rsidR="00FA0D57" w:rsidRPr="00FA0D57" w14:paraId="2A5289BE" w14:textId="77777777" w:rsidTr="00D233EC">
        <w:trPr>
          <w:trHeight w:val="454"/>
        </w:trPr>
        <w:tc>
          <w:tcPr>
            <w:tcW w:w="11199" w:type="dxa"/>
            <w:gridSpan w:val="2"/>
          </w:tcPr>
          <w:p w14:paraId="647CFF14" w14:textId="77777777" w:rsidR="00FA0D57" w:rsidRPr="00FA0D57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auto"/>
                <w:sz w:val="24"/>
                <w:szCs w:val="24"/>
              </w:rPr>
            </w:pPr>
            <w:r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Desired Student Username [if 12+]:</w:t>
            </w:r>
          </w:p>
        </w:tc>
      </w:tr>
    </w:tbl>
    <w:p w14:paraId="4E6597A6" w14:textId="77777777" w:rsidR="00FA0D57" w:rsidRPr="00B57793" w:rsidRDefault="00FA0D57">
      <w:pPr>
        <w:rPr>
          <w:rFonts w:ascii="Tahoma" w:hAnsi="Tahoma" w:cs="Tahoma"/>
          <w:sz w:val="2"/>
          <w:szCs w:val="2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6663"/>
        <w:gridCol w:w="4536"/>
      </w:tblGrid>
      <w:tr w:rsidR="00FA0D57" w:rsidRPr="00F8627C" w14:paraId="4CEA3EF9" w14:textId="77777777" w:rsidTr="00D233EC">
        <w:trPr>
          <w:trHeight w:val="340"/>
        </w:trPr>
        <w:tc>
          <w:tcPr>
            <w:tcW w:w="11199" w:type="dxa"/>
            <w:gridSpan w:val="2"/>
            <w:shd w:val="clear" w:color="auto" w:fill="BFBFBF" w:themeFill="background1" w:themeFillShade="BF"/>
          </w:tcPr>
          <w:p w14:paraId="2CD39AE6" w14:textId="2E8A6573" w:rsidR="00FA0D57" w:rsidRPr="00F8627C" w:rsidRDefault="00FA0D57" w:rsidP="00D233EC">
            <w:pPr>
              <w:pStyle w:val="Heading2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Student Information – </w:t>
            </w:r>
            <w:r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Student </w:t>
            </w: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3</w:t>
            </w:r>
          </w:p>
        </w:tc>
      </w:tr>
      <w:tr w:rsidR="00FA0D57" w:rsidRPr="00FA0D57" w14:paraId="0049E6C4" w14:textId="77777777" w:rsidTr="00D233EC">
        <w:trPr>
          <w:trHeight w:val="20"/>
        </w:trPr>
        <w:tc>
          <w:tcPr>
            <w:tcW w:w="6663" w:type="dxa"/>
          </w:tcPr>
          <w:p w14:paraId="517EBE7F" w14:textId="77777777" w:rsidR="00FA0D57" w:rsidRPr="00F8627C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Name:                                                         </w:t>
            </w:r>
          </w:p>
        </w:tc>
        <w:tc>
          <w:tcPr>
            <w:tcW w:w="4536" w:type="dxa"/>
          </w:tcPr>
          <w:p w14:paraId="065EDCD1" w14:textId="77777777" w:rsidR="00FA0D57" w:rsidRPr="00FA0D57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Current Leve:</w:t>
            </w:r>
          </w:p>
        </w:tc>
      </w:tr>
      <w:tr w:rsidR="00FA0D57" w:rsidRPr="00F8627C" w14:paraId="13C7FC35" w14:textId="77777777" w:rsidTr="00D233EC">
        <w:trPr>
          <w:trHeight w:val="20"/>
        </w:trPr>
        <w:tc>
          <w:tcPr>
            <w:tcW w:w="6663" w:type="dxa"/>
          </w:tcPr>
          <w:p w14:paraId="2E26A075" w14:textId="77777777" w:rsidR="00FA0D57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Student</w:t>
            </w: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 E-mail:</w:t>
            </w:r>
          </w:p>
        </w:tc>
        <w:tc>
          <w:tcPr>
            <w:tcW w:w="4536" w:type="dxa"/>
          </w:tcPr>
          <w:p w14:paraId="1AE66546" w14:textId="77777777" w:rsidR="00FA0D57" w:rsidRPr="00F8627C" w:rsidRDefault="00FA0D57" w:rsidP="00D233EC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Lesson Length [30/45/60min]:</w:t>
            </w:r>
          </w:p>
        </w:tc>
      </w:tr>
      <w:tr w:rsidR="00FA0D57" w:rsidRPr="00FA0D57" w14:paraId="363063A7" w14:textId="77777777" w:rsidTr="00D233EC">
        <w:trPr>
          <w:trHeight w:val="454"/>
        </w:trPr>
        <w:tc>
          <w:tcPr>
            <w:tcW w:w="11199" w:type="dxa"/>
            <w:gridSpan w:val="2"/>
          </w:tcPr>
          <w:p w14:paraId="7A23458E" w14:textId="77777777" w:rsidR="00FA0D57" w:rsidRPr="00FA0D57" w:rsidRDefault="00FA0D57" w:rsidP="00D233EC">
            <w:pPr>
              <w:pStyle w:val="Heading2"/>
              <w:rPr>
                <w:rFonts w:ascii="Tahoma" w:hAnsi="Tahoma" w:cs="Tahoma"/>
                <w:b w:val="0"/>
                <w:bCs w:val="0"/>
                <w:color w:val="auto"/>
                <w:sz w:val="24"/>
                <w:szCs w:val="24"/>
              </w:rPr>
            </w:pPr>
            <w:r w:rsidRPr="00FA0D57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Desired Student Username [if 12+]:</w:t>
            </w:r>
          </w:p>
        </w:tc>
      </w:tr>
    </w:tbl>
    <w:p w14:paraId="28F6841D" w14:textId="525C8D97" w:rsidR="003706C4" w:rsidRDefault="003706C4" w:rsidP="00192DCF">
      <w:pPr>
        <w:pStyle w:val="Heading2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9072"/>
        <w:gridCol w:w="2127"/>
      </w:tblGrid>
      <w:tr w:rsidR="00192DCF" w:rsidRPr="00F8627C" w14:paraId="1A48B904" w14:textId="77777777" w:rsidTr="00B57793">
        <w:trPr>
          <w:trHeight w:val="20"/>
        </w:trPr>
        <w:tc>
          <w:tcPr>
            <w:tcW w:w="11199" w:type="dxa"/>
            <w:gridSpan w:val="2"/>
            <w:shd w:val="clear" w:color="auto" w:fill="BFBFBF" w:themeFill="background1" w:themeFillShade="BF"/>
          </w:tcPr>
          <w:p w14:paraId="2EB614CD" w14:textId="43B0B1BF" w:rsidR="00192DCF" w:rsidRPr="00F8627C" w:rsidRDefault="00192DCF" w:rsidP="00D233EC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 w:rsidRPr="00B57793">
              <w:rPr>
                <w:rFonts w:ascii="Tahoma" w:hAnsi="Tahoma" w:cs="Tahoma"/>
                <w:color w:val="000000" w:themeColor="text1"/>
                <w:sz w:val="24"/>
                <w:szCs w:val="24"/>
              </w:rPr>
              <w:t>Registration Completions Checklist</w:t>
            </w:r>
          </w:p>
        </w:tc>
      </w:tr>
      <w:tr w:rsidR="00192DCF" w:rsidRPr="00F8627C" w14:paraId="4697EC23" w14:textId="77777777" w:rsidTr="00192DCF">
        <w:trPr>
          <w:trHeight w:val="547"/>
        </w:trPr>
        <w:tc>
          <w:tcPr>
            <w:tcW w:w="9072" w:type="dxa"/>
          </w:tcPr>
          <w:p w14:paraId="4305C2ED" w14:textId="7B49363F" w:rsidR="00192DCF" w:rsidRPr="00192DCF" w:rsidRDefault="00192DCF" w:rsidP="00FA0D57">
            <w:pPr>
              <w:pStyle w:val="Heading2"/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T</w:t>
            </w:r>
            <w:r w:rsidRPr="00192DCF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he non-refundable registration fee </w:t>
            </w: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has been </w:t>
            </w:r>
            <w:r w:rsidRPr="00192DCF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 xml:space="preserve">included with your form? </w:t>
            </w:r>
            <w:r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br/>
            </w:r>
            <w:r w:rsidRPr="00192DCF">
              <w:rPr>
                <w:rFonts w:ascii="Tahoma" w:hAnsi="Tahoma" w:cs="Tahoma"/>
                <w:b w:val="0"/>
                <w:bCs w:val="0"/>
                <w:color w:val="000000" w:themeColor="text1"/>
                <w:sz w:val="24"/>
                <w:szCs w:val="24"/>
              </w:rPr>
              <w:t>(Piano students only)</w:t>
            </w:r>
          </w:p>
        </w:tc>
        <w:tc>
          <w:tcPr>
            <w:tcW w:w="2127" w:type="dxa"/>
          </w:tcPr>
          <w:p w14:paraId="4F13D324" w14:textId="77777777" w:rsidR="00192DCF" w:rsidRPr="00F8627C" w:rsidRDefault="00192DCF" w:rsidP="00D233EC">
            <w:pPr>
              <w:pStyle w:val="Heading2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8627C">
              <w:rPr>
                <w:rFonts w:ascii="Tahoma" w:hAnsi="Tahoma" w:cs="Tahoma"/>
                <w:color w:val="000000" w:themeColor="text1"/>
                <w:sz w:val="40"/>
                <w:szCs w:val="40"/>
              </w:rPr>
              <w:t>Y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Wingdings" w:hAnsi="Wingdings" w:cs="Wingdings"/>
                <w:sz w:val="46"/>
                <w:szCs w:val="46"/>
              </w:rPr>
              <w:t>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 </w:t>
            </w:r>
            <w:r w:rsidRPr="00F8627C">
              <w:rPr>
                <w:rFonts w:ascii="Tahoma" w:hAnsi="Tahoma" w:cs="Tahoma"/>
                <w:color w:val="000000" w:themeColor="text1"/>
                <w:sz w:val="40"/>
                <w:szCs w:val="40"/>
              </w:rPr>
              <w:t>N</w:t>
            </w:r>
            <w:proofErr w:type="gramEnd"/>
            <w:r>
              <w:rPr>
                <w:rFonts w:ascii="Wingdings" w:hAnsi="Wingdings" w:cs="Wingdings"/>
                <w:sz w:val="46"/>
                <w:szCs w:val="46"/>
              </w:rPr>
              <w:t></w:t>
            </w:r>
          </w:p>
        </w:tc>
      </w:tr>
      <w:tr w:rsidR="00192DCF" w:rsidRPr="00F8627C" w14:paraId="4D16D8C2" w14:textId="77777777" w:rsidTr="00B57793">
        <w:trPr>
          <w:trHeight w:val="937"/>
        </w:trPr>
        <w:tc>
          <w:tcPr>
            <w:tcW w:w="9072" w:type="dxa"/>
          </w:tcPr>
          <w:p w14:paraId="102FEB72" w14:textId="55AF5981" w:rsidR="00192DCF" w:rsidRPr="00FA0D57" w:rsidRDefault="00192DCF" w:rsidP="00FA0D57">
            <w:pPr>
              <w:rPr>
                <w:rFonts w:ascii="Tahoma" w:eastAsiaTheme="majorEastAsia" w:hAnsi="Tahoma" w:cs="Tahoma"/>
                <w:color w:val="000000" w:themeColor="text1"/>
                <w:sz w:val="24"/>
                <w:szCs w:val="24"/>
              </w:rPr>
            </w:pPr>
            <w:r w:rsidRPr="00FA0D57">
              <w:rPr>
                <w:rFonts w:ascii="Tahoma" w:eastAsiaTheme="majorEastAsia" w:hAnsi="Tahoma" w:cs="Tahoma"/>
                <w:color w:val="000000" w:themeColor="text1"/>
                <w:sz w:val="24"/>
                <w:szCs w:val="24"/>
              </w:rPr>
              <w:t>I acknowledge that I have read and fully understand the Key Sounds Studio Policy. I understand that my registration will not be processed unless I agree to and comply with the terms outlined in the policy.</w:t>
            </w:r>
          </w:p>
        </w:tc>
        <w:tc>
          <w:tcPr>
            <w:tcW w:w="2127" w:type="dxa"/>
          </w:tcPr>
          <w:p w14:paraId="1968306F" w14:textId="0F072B0A" w:rsidR="00192DCF" w:rsidRPr="00F8627C" w:rsidRDefault="00192DCF" w:rsidP="00D233EC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 w:rsidRPr="00F8627C">
              <w:rPr>
                <w:rFonts w:ascii="Tahoma" w:hAnsi="Tahoma" w:cs="Tahoma"/>
                <w:color w:val="000000" w:themeColor="text1"/>
                <w:sz w:val="40"/>
                <w:szCs w:val="40"/>
              </w:rPr>
              <w:t>Y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Wingdings" w:hAnsi="Wingdings" w:cs="Wingdings"/>
                <w:sz w:val="46"/>
                <w:szCs w:val="46"/>
              </w:rPr>
              <w:t>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 </w:t>
            </w:r>
            <w:r w:rsidRPr="00F8627C">
              <w:rPr>
                <w:rFonts w:ascii="Tahoma" w:hAnsi="Tahoma" w:cs="Tahoma"/>
                <w:color w:val="000000" w:themeColor="text1"/>
                <w:sz w:val="40"/>
                <w:szCs w:val="40"/>
              </w:rPr>
              <w:t>N</w:t>
            </w:r>
            <w:proofErr w:type="gramEnd"/>
            <w:r>
              <w:rPr>
                <w:rFonts w:ascii="Wingdings" w:hAnsi="Wingdings" w:cs="Wingdings"/>
                <w:sz w:val="46"/>
                <w:szCs w:val="46"/>
              </w:rPr>
              <w:t></w:t>
            </w:r>
          </w:p>
        </w:tc>
      </w:tr>
      <w:tr w:rsidR="00FA0D57" w:rsidRPr="00F8627C" w14:paraId="13C54362" w14:textId="77777777" w:rsidTr="00192DCF">
        <w:trPr>
          <w:trHeight w:val="547"/>
        </w:trPr>
        <w:tc>
          <w:tcPr>
            <w:tcW w:w="9072" w:type="dxa"/>
          </w:tcPr>
          <w:p w14:paraId="0C65E340" w14:textId="6BE0A36C" w:rsidR="00FA0D57" w:rsidRPr="00FA0D57" w:rsidRDefault="00FA0D57" w:rsidP="00FA0D57">
            <w:pPr>
              <w:rPr>
                <w:rFonts w:ascii="Tahoma" w:eastAsiaTheme="majorEastAsia" w:hAnsi="Tahoma" w:cs="Tahoma"/>
                <w:color w:val="000000" w:themeColor="text1"/>
                <w:sz w:val="24"/>
                <w:szCs w:val="24"/>
              </w:rPr>
            </w:pPr>
            <w:r w:rsidRPr="00F8627C">
              <w:rPr>
                <w:rFonts w:ascii="Tahoma" w:hAnsi="Tahoma" w:cs="Tahoma"/>
                <w:sz w:val="24"/>
                <w:szCs w:val="24"/>
              </w:rPr>
              <w:t>I also consent to receive group emails related to studio updates and events. I understand I may unsubscribe at any time.</w:t>
            </w:r>
          </w:p>
        </w:tc>
        <w:tc>
          <w:tcPr>
            <w:tcW w:w="2127" w:type="dxa"/>
          </w:tcPr>
          <w:p w14:paraId="3BCBC805" w14:textId="52CA086C" w:rsidR="00FA0D57" w:rsidRPr="00F8627C" w:rsidRDefault="00FA0D57" w:rsidP="00D233EC">
            <w:pPr>
              <w:pStyle w:val="Heading2"/>
              <w:rPr>
                <w:rFonts w:ascii="Tahoma" w:hAnsi="Tahoma" w:cs="Tahoma"/>
                <w:color w:val="000000" w:themeColor="text1"/>
                <w:sz w:val="40"/>
                <w:szCs w:val="40"/>
              </w:rPr>
            </w:pPr>
            <w:r w:rsidRPr="00F8627C">
              <w:rPr>
                <w:rFonts w:ascii="Tahoma" w:hAnsi="Tahoma" w:cs="Tahoma"/>
                <w:color w:val="000000" w:themeColor="text1"/>
                <w:sz w:val="40"/>
                <w:szCs w:val="40"/>
              </w:rPr>
              <w:t>Y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Wingdings" w:hAnsi="Wingdings" w:cs="Wingdings"/>
                <w:sz w:val="46"/>
                <w:szCs w:val="46"/>
              </w:rPr>
              <w:t>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 </w:t>
            </w:r>
            <w:r w:rsidRPr="00F8627C">
              <w:rPr>
                <w:rFonts w:ascii="Tahoma" w:hAnsi="Tahoma" w:cs="Tahoma"/>
                <w:color w:val="000000" w:themeColor="text1"/>
                <w:sz w:val="40"/>
                <w:szCs w:val="40"/>
              </w:rPr>
              <w:t>N</w:t>
            </w:r>
            <w:proofErr w:type="gramEnd"/>
            <w:r>
              <w:rPr>
                <w:rFonts w:ascii="Wingdings" w:hAnsi="Wingdings" w:cs="Wingdings"/>
                <w:sz w:val="46"/>
                <w:szCs w:val="46"/>
              </w:rPr>
              <w:t></w:t>
            </w:r>
          </w:p>
        </w:tc>
      </w:tr>
    </w:tbl>
    <w:p w14:paraId="73BF30C5" w14:textId="77777777" w:rsidR="00192DCF" w:rsidRDefault="00192DCF" w:rsidP="00192DCF"/>
    <w:p w14:paraId="627B1A9E" w14:textId="77777777" w:rsidR="00FA0D57" w:rsidRDefault="00FA0D57" w:rsidP="00192DCF"/>
    <w:p w14:paraId="1CD3E730" w14:textId="77777777" w:rsidR="00192DCF" w:rsidRPr="00192DCF" w:rsidRDefault="00192DCF" w:rsidP="00192DCF"/>
    <w:p w14:paraId="72D7137E" w14:textId="77777777" w:rsidR="00B57793" w:rsidRDefault="00B57793">
      <w:pPr>
        <w:pStyle w:val="Heading2"/>
        <w:rPr>
          <w:rFonts w:ascii="Tahoma" w:hAnsi="Tahoma" w:cs="Tahoma"/>
          <w:sz w:val="24"/>
          <w:szCs w:val="24"/>
        </w:rPr>
      </w:pPr>
    </w:p>
    <w:p w14:paraId="143726FA" w14:textId="1165360C" w:rsidR="003706C4" w:rsidRPr="00F8627C" w:rsidRDefault="00000000">
      <w:pPr>
        <w:pStyle w:val="Heading2"/>
        <w:rPr>
          <w:rFonts w:ascii="Tahoma" w:hAnsi="Tahoma" w:cs="Tahoma"/>
          <w:sz w:val="24"/>
          <w:szCs w:val="24"/>
        </w:rPr>
      </w:pPr>
      <w:r w:rsidRPr="00F8627C">
        <w:rPr>
          <w:rFonts w:ascii="Tahoma" w:hAnsi="Tahoma" w:cs="Tahoma"/>
          <w:sz w:val="24"/>
          <w:szCs w:val="24"/>
        </w:rPr>
        <w:t>Agreement and Consent</w:t>
      </w:r>
    </w:p>
    <w:p w14:paraId="22DF0184" w14:textId="071CEA26" w:rsidR="003706C4" w:rsidRDefault="00000000">
      <w:pPr>
        <w:rPr>
          <w:rFonts w:ascii="Tahoma" w:hAnsi="Tahoma" w:cs="Tahoma"/>
          <w:sz w:val="24"/>
          <w:szCs w:val="24"/>
        </w:rPr>
      </w:pPr>
      <w:r w:rsidRPr="00F8627C">
        <w:rPr>
          <w:rFonts w:ascii="Tahoma" w:hAnsi="Tahoma" w:cs="Tahoma"/>
          <w:sz w:val="24"/>
          <w:szCs w:val="24"/>
        </w:rPr>
        <w:t xml:space="preserve">By signing below, I confirm that I have read and agree to the Key Sounds Studio Policy. I agree to enroll myself/my child(ren) in piano and/or theory lessons with Stacy Cole for the 2025–2026 teaching year. I understand that a non-refundable registration fee of $30 per student ($50 per family of 2 or more) is required. Payment may be made via cheque (payable to Stacy Cole) or E-transfer to </w:t>
      </w:r>
      <w:hyperlink r:id="rId8" w:history="1">
        <w:r w:rsidRPr="00FA0D57">
          <w:rPr>
            <w:rStyle w:val="Hyperlink"/>
            <w:rFonts w:ascii="Tahoma" w:hAnsi="Tahoma" w:cs="Tahoma"/>
            <w:sz w:val="24"/>
            <w:szCs w:val="24"/>
          </w:rPr>
          <w:t>keysoundsstudio@gmail.com</w:t>
        </w:r>
      </w:hyperlink>
      <w:r w:rsidRPr="00F8627C">
        <w:rPr>
          <w:rFonts w:ascii="Tahoma" w:hAnsi="Tahoma" w:cs="Tahoma"/>
          <w:sz w:val="24"/>
          <w:szCs w:val="24"/>
        </w:rPr>
        <w:br/>
      </w:r>
    </w:p>
    <w:p w14:paraId="581A55A5" w14:textId="77777777" w:rsidR="00FA0D57" w:rsidRPr="00F8627C" w:rsidRDefault="00FA0D57">
      <w:pPr>
        <w:rPr>
          <w:rFonts w:ascii="Tahoma" w:hAnsi="Tahoma" w:cs="Tahoma"/>
          <w:sz w:val="24"/>
          <w:szCs w:val="24"/>
        </w:rPr>
      </w:pPr>
    </w:p>
    <w:p w14:paraId="17A53818" w14:textId="77777777" w:rsidR="00FA0D57" w:rsidRDefault="00FA0D5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Name: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F8627C">
        <w:rPr>
          <w:rFonts w:ascii="Tahoma" w:hAnsi="Tahoma" w:cs="Tahoma"/>
          <w:sz w:val="24"/>
          <w:szCs w:val="24"/>
        </w:rPr>
        <w:t xml:space="preserve"> ___________________________</w:t>
      </w:r>
    </w:p>
    <w:p w14:paraId="7A2EC953" w14:textId="45639057" w:rsidR="00FA0D57" w:rsidRDefault="00FA0D57">
      <w:pPr>
        <w:rPr>
          <w:rFonts w:ascii="Tahoma" w:hAnsi="Tahoma" w:cs="Tahoma"/>
          <w:sz w:val="24"/>
          <w:szCs w:val="24"/>
        </w:rPr>
      </w:pPr>
      <w:r w:rsidRPr="00F8627C">
        <w:rPr>
          <w:rFonts w:ascii="Tahoma" w:hAnsi="Tahoma" w:cs="Tahoma"/>
          <w:sz w:val="24"/>
          <w:szCs w:val="24"/>
        </w:rPr>
        <w:t xml:space="preserve">    </w:t>
      </w:r>
    </w:p>
    <w:p w14:paraId="2956EE80" w14:textId="4891B5D8" w:rsidR="00FA0D57" w:rsidRDefault="00000000">
      <w:pPr>
        <w:rPr>
          <w:rFonts w:ascii="Tahoma" w:hAnsi="Tahoma" w:cs="Tahoma"/>
          <w:sz w:val="24"/>
          <w:szCs w:val="24"/>
        </w:rPr>
      </w:pPr>
      <w:r w:rsidRPr="00F8627C">
        <w:rPr>
          <w:rFonts w:ascii="Tahoma" w:hAnsi="Tahoma" w:cs="Tahoma"/>
          <w:sz w:val="24"/>
          <w:szCs w:val="24"/>
        </w:rPr>
        <w:t xml:space="preserve">Signature: </w:t>
      </w:r>
      <w:r w:rsidR="00FA0D57">
        <w:rPr>
          <w:rFonts w:ascii="Tahoma" w:hAnsi="Tahoma" w:cs="Tahoma"/>
          <w:sz w:val="24"/>
          <w:szCs w:val="24"/>
        </w:rPr>
        <w:tab/>
      </w:r>
      <w:r w:rsidRPr="00F8627C">
        <w:rPr>
          <w:rFonts w:ascii="Tahoma" w:hAnsi="Tahoma" w:cs="Tahoma"/>
          <w:sz w:val="24"/>
          <w:szCs w:val="24"/>
        </w:rPr>
        <w:t>___________________________</w:t>
      </w:r>
      <w:r w:rsidR="00FA0D57" w:rsidRPr="00F8627C">
        <w:rPr>
          <w:rFonts w:ascii="Tahoma" w:hAnsi="Tahoma" w:cs="Tahoma"/>
          <w:sz w:val="24"/>
          <w:szCs w:val="24"/>
        </w:rPr>
        <w:t>_</w:t>
      </w:r>
      <w:r w:rsidRPr="00F8627C">
        <w:rPr>
          <w:rFonts w:ascii="Tahoma" w:hAnsi="Tahoma" w:cs="Tahoma"/>
          <w:sz w:val="24"/>
          <w:szCs w:val="24"/>
        </w:rPr>
        <w:t xml:space="preserve">    </w:t>
      </w:r>
    </w:p>
    <w:p w14:paraId="2EA0C09B" w14:textId="77777777" w:rsidR="00FA0D57" w:rsidRDefault="00FA0D57">
      <w:pPr>
        <w:rPr>
          <w:rFonts w:ascii="Tahoma" w:hAnsi="Tahoma" w:cs="Tahoma"/>
          <w:sz w:val="24"/>
          <w:szCs w:val="24"/>
        </w:rPr>
      </w:pPr>
    </w:p>
    <w:p w14:paraId="6049DD5F" w14:textId="3865A612" w:rsidR="003706C4" w:rsidRPr="00F8627C" w:rsidRDefault="00000000">
      <w:pPr>
        <w:rPr>
          <w:rFonts w:ascii="Tahoma" w:hAnsi="Tahoma" w:cs="Tahoma"/>
          <w:sz w:val="24"/>
          <w:szCs w:val="24"/>
        </w:rPr>
      </w:pPr>
      <w:r w:rsidRPr="00F8627C">
        <w:rPr>
          <w:rFonts w:ascii="Tahoma" w:hAnsi="Tahoma" w:cs="Tahoma"/>
          <w:sz w:val="24"/>
          <w:szCs w:val="24"/>
        </w:rPr>
        <w:t xml:space="preserve">Date: </w:t>
      </w:r>
      <w:r w:rsidR="00FA0D57">
        <w:rPr>
          <w:rFonts w:ascii="Tahoma" w:hAnsi="Tahoma" w:cs="Tahoma"/>
          <w:sz w:val="24"/>
          <w:szCs w:val="24"/>
        </w:rPr>
        <w:tab/>
      </w:r>
      <w:r w:rsidR="00FA0D57">
        <w:rPr>
          <w:rFonts w:ascii="Tahoma" w:hAnsi="Tahoma" w:cs="Tahoma"/>
          <w:sz w:val="24"/>
          <w:szCs w:val="24"/>
        </w:rPr>
        <w:tab/>
      </w:r>
      <w:r w:rsidRPr="00F8627C">
        <w:rPr>
          <w:rFonts w:ascii="Tahoma" w:hAnsi="Tahoma" w:cs="Tahoma"/>
          <w:sz w:val="24"/>
          <w:szCs w:val="24"/>
        </w:rPr>
        <w:t>________________</w:t>
      </w:r>
      <w:r w:rsidR="00FA0D57" w:rsidRPr="00F8627C">
        <w:rPr>
          <w:rFonts w:ascii="Tahoma" w:hAnsi="Tahoma" w:cs="Tahoma"/>
          <w:sz w:val="24"/>
          <w:szCs w:val="24"/>
        </w:rPr>
        <w:t>____________</w:t>
      </w:r>
    </w:p>
    <w:sectPr w:rsidR="003706C4" w:rsidRPr="00F8627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231F9" w14:textId="77777777" w:rsidR="00CA3FF0" w:rsidRDefault="00CA3FF0" w:rsidP="00F8627C">
      <w:pPr>
        <w:spacing w:after="0" w:line="240" w:lineRule="auto"/>
      </w:pPr>
      <w:r>
        <w:separator/>
      </w:r>
    </w:p>
  </w:endnote>
  <w:endnote w:type="continuationSeparator" w:id="0">
    <w:p w14:paraId="3144148D" w14:textId="77777777" w:rsidR="00CA3FF0" w:rsidRDefault="00CA3FF0" w:rsidP="00F86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0A281" w14:textId="77777777" w:rsidR="00CA3FF0" w:rsidRDefault="00CA3FF0" w:rsidP="00F8627C">
      <w:pPr>
        <w:spacing w:after="0" w:line="240" w:lineRule="auto"/>
      </w:pPr>
      <w:r>
        <w:separator/>
      </w:r>
    </w:p>
  </w:footnote>
  <w:footnote w:type="continuationSeparator" w:id="0">
    <w:p w14:paraId="63F17F29" w14:textId="77777777" w:rsidR="00CA3FF0" w:rsidRDefault="00CA3FF0" w:rsidP="00F86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DB76D" w14:textId="5C298DFB" w:rsidR="00F8627C" w:rsidRDefault="00F8627C" w:rsidP="00F8627C">
    <w:pPr>
      <w:pStyle w:val="Title"/>
    </w:pPr>
    <w:r>
      <w:t xml:space="preserve">Key Sounds Studio – </w:t>
    </w:r>
    <w:r w:rsidRPr="00F8627C">
      <w:rPr>
        <w:i/>
        <w:iCs/>
        <w:sz w:val="40"/>
        <w:szCs w:val="40"/>
      </w:rPr>
      <w:t xml:space="preserve">Creating </w:t>
    </w:r>
    <w:r w:rsidR="00FA0D57" w:rsidRPr="00F8627C">
      <w:rPr>
        <w:i/>
        <w:iCs/>
        <w:sz w:val="40"/>
        <w:szCs w:val="40"/>
      </w:rPr>
      <w:t>Musicians</w:t>
    </w:r>
  </w:p>
  <w:p w14:paraId="0620883E" w14:textId="6F7911DB" w:rsidR="00F8627C" w:rsidRDefault="00F8627C">
    <w:pPr>
      <w:pStyle w:val="Header"/>
    </w:pPr>
    <w:r>
      <w:t>Piano &amp; Theory Registration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0831978">
    <w:abstractNumId w:val="8"/>
  </w:num>
  <w:num w:numId="2" w16cid:durableId="1055473921">
    <w:abstractNumId w:val="6"/>
  </w:num>
  <w:num w:numId="3" w16cid:durableId="1491092082">
    <w:abstractNumId w:val="5"/>
  </w:num>
  <w:num w:numId="4" w16cid:durableId="471751730">
    <w:abstractNumId w:val="4"/>
  </w:num>
  <w:num w:numId="5" w16cid:durableId="221521217">
    <w:abstractNumId w:val="7"/>
  </w:num>
  <w:num w:numId="6" w16cid:durableId="1017347744">
    <w:abstractNumId w:val="3"/>
  </w:num>
  <w:num w:numId="7" w16cid:durableId="572588423">
    <w:abstractNumId w:val="2"/>
  </w:num>
  <w:num w:numId="8" w16cid:durableId="1241868453">
    <w:abstractNumId w:val="1"/>
  </w:num>
  <w:num w:numId="9" w16cid:durableId="92550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DCF"/>
    <w:rsid w:val="0029639D"/>
    <w:rsid w:val="002E1CCF"/>
    <w:rsid w:val="00326F90"/>
    <w:rsid w:val="003706C4"/>
    <w:rsid w:val="004D58EE"/>
    <w:rsid w:val="00AA1D8D"/>
    <w:rsid w:val="00B47730"/>
    <w:rsid w:val="00B57793"/>
    <w:rsid w:val="00C908E9"/>
    <w:rsid w:val="00CA3FF0"/>
    <w:rsid w:val="00CB0664"/>
    <w:rsid w:val="00D80247"/>
    <w:rsid w:val="00F8627C"/>
    <w:rsid w:val="00FA0D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E9C8DC"/>
  <w14:defaultImageDpi w14:val="300"/>
  <w15:docId w15:val="{9CAAACDF-3193-8043-9F58-0FE4A8A6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A0D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0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ysoundsstudi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Stacy Cole</cp:lastModifiedBy>
  <cp:revision>2</cp:revision>
  <dcterms:created xsi:type="dcterms:W3CDTF">2025-05-23T21:51:00Z</dcterms:created>
  <dcterms:modified xsi:type="dcterms:W3CDTF">2025-05-23T21:51:00Z</dcterms:modified>
  <cp:category/>
</cp:coreProperties>
</file>